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אתגר הזמן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בדיוק ובמהירות כמו במשחק אתגר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זיהוי: נרדפת או הפך?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דוהר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אדם בעל שכל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מילים הפוכות, לא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זוג מילים הפוך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שתי המילים מתארות מהירות, הן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אלו שתי מילים עם משמעות הפוכה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נמוך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(לאט)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נאה, חמוד, מקסים - התלמיד יסביר הקשר שונה לכל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משפטים הכוללים את המילים שנבחרו בצורה ברורה והגיונית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למילים בעלות 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למילים בעלות משמעות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שמילים נרדפות דומות ומילים הפוכות מנוגדות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ולתחרות בזמן קצר, בדומה למשחק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ההבנה לפני המהירות - קודם דיוק ואז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בדוגמאות נוספות מהכיתה להעשרת אוצר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אתגר הזמן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ארץ המילים יש משחק בשם אתגר הזמן, שבו צריך למצוא תוך 90 שניות כמה שיותר מילים נרדפות והפכים. בדף הזה נתרגל את אותן מיומנויות בלי שעון.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זיהוי: נרדפת או הפך?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מילה נרדפת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מילה הפוכה ל'גדול'?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מילה נרדפת ל'יפה'?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מילה הפוכה ל'יום'?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מילה נרדפת ל'רץ'?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מילה הפוכה ל'פתוח'?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'חכם' ו'נבון'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'חם' ו'קר'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'אור' הוא ההפך של 'חושך'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'מהר' ו'בזריזות' הן מילים הפוכות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'גבוה' הוא ההפך של 'נמוך'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מהמילה 'מהר'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למילה 'קטן'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מהמילה 'שמח'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נרדפת למילה 'יפה'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מהמילה 'גבוה'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נרדפות למילה 'יפה', והסבירו מתי כדאי להשתמש בכל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מילים מהדף וכתבו משפט לכל אחת, כך שיהיה ברור שהן הפכים או נרדפות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מילים נרדפות להפכים?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 – אתגר הזמן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