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🌈 ארץ המילים – מילים נרדפות והפכים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נרדפות והפכים – אתגר הזמן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מילים נרדפות ומילים הפוכות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להתאמן בדיוק ובמהירות כמו במשחק אתגר הזמן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זיהוי: נרדפת או הפך?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עליז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קטן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נאה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דוהר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סגור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שתי המילים מתארות אדם בעל שכל טוב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אלו מילים הפוכות, לא דומות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זהו זוג מילים הפוך מוכר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שתי המילים מתארות מהירות, הן נרדפות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אלו שתי מילים עם משמעות הפוכה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זעיר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עצוב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נחמד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נמוך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הפכים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(חושך)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(סגור)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(קטן)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(לילה)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(לאט)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תשובות אפשריות: נאה, חמוד, מקסים - התלמיד יסביר הקשר שונה לכל 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משפטים הכוללים את המילים שנבחרו בצורה ברורה והגיונית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נכונה למילים בעלות משמעות דומה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נכונה למילים בעלות משמעות הפוכה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הסבר שמילים נרדפות דומות ומילים הפוכות מנוגדות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בזוגות ולתחרות בזמן קצר, בדומה למשחק באתר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את ההבנה לפני המהירות - קודם דיוק ואז 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להשתמש בדוגמאות נוספות מהכיתה להעשרת אוצר המילים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🌈 ארץ המילים – מילים נרדפות והפכים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נרדפות והפכים – אתגר הזמן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יש משחק שבו צריך למצוא מהר מילים דומות ומילים הפוכות. בדף הזה נתרגל את זה לאט, בלי שעון.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מילים נרדפות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מילים שהמשמעות שלהן דומה, כמו שמח ועליז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הפכים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מילים שהמשמעות שלהן הפוכה, כמו גדול וקטן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אוצר מילים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המילים שאדם מכיר ומשתמש בהן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שיא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התוצאה הכי טובה שהושגה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דיוק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לענות נכון בלי טעויות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אתגר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משימה שדורשת מאמץ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מהירות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לענות בזמן קצר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זיהוי: נרדפת או הפך?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מילה דומה ל'שמח'?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עצוב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עליז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כועס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עייף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מילה הפוכה ל'גדול'?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רחב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גבוה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מילה דומה ל'יפה'?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מכוער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רגיל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משעמם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מילה הפוכה ל'יום'?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בוקר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ערב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צהריים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מילה דומה ל'רץ'?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דוהר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עומד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איזו מילה הפוכה ל'פתוח'?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סגור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מלא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נקי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'חכם' ו'נבון' הן מילים נרדפות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'חם' ו'קר' הן מילים נרדפות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'אור' הוא ההפך של 'חושך'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'מהר' ו'בזריזות' הן מילים הפוכות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'גבוה' הוא ההפך של 'נמוך'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ההפך מהמילה 'מהר'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מילה נרדפת למילה 'קטן' היא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ההפך מהמילה 'שמח'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מילה נרדפת למילה 'יפה' היא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ההפך מהמילה 'גבוה' הוא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הפכים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קטן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פתוח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חושך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גדול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לאט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יום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סגור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מהר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לילה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 מילים נרדפות למילה 'יפה', והסבירו מתי כדאי להשתמש בכל אחת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שתי מילים מהדף וכתבו משפט לכל אחת, כך שיהיה ברור שהן הפכים או נרדפות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למילים נרדפות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להפכים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מילים נרדפות להפכים?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מילים נרדפות והפכים – אתגר הזמן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