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בדיוק ובמהירות כמו במשחק אתגר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אדם בעל שכל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הפוכות, לא דומות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הכוללים את המילים שנבחרו בצורה ברורה והגיונית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ומילים הפוכות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בזמן קצר,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לפני המהירות - קודם דיוק ואז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נוספות מהכיתה להעשרת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ארץ המילים יש משחק בשם אתגר הזמן, שבו צריך למצוא תוך 90 שניות כמה שיותר מילים נרדפות והפכים. בדף הזה נתרגל את אותן מיומנויות בלי שעון.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עצוב  ·  לאט  ·  זעיר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זיהוי: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'חכם' ו'נבון'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מהמילה 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'קטן'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מהמילה 'שמח'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 מילים מהדף וכתבו משפט לכל אחת, כך שיהיה ברור שהן הפכים או נרדפות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אתגר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